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Internship / Residency / Fellowship Training Verification Request</w:t>
      </w:r>
    </w:p>
    <w:p>
      <w:r>
        <w:rPr>
          <w:i/>
          <w:color w:val="5E4630"/>
        </w:rPr>
        <w:t>All Things Credentialing · Your one-stop shop for credentialing, privileging &amp; enrollment</w:t>
      </w:r>
    </w:p>
    <w:p>
      <w:r>
        <w:rPr>
          <w:i w:val="0"/>
        </w:rPr>
        <w:t>Letter and response form for a graduate medical education (GME) program director or coordinator. Find current contacts in AMA FREIDA or the program's site, and confirm the program in ACGME ADS Public. Attach the practitioner's signed authorization and release.</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Date of request</w:t>
            </w:r>
          </w:p>
        </w:tc>
        <w:tc>
          <w:tcPr>
            <w:tcW w:type="dxa" w:w="6624"/>
          </w:tcPr>
          <w:p>
            <w:r/>
          </w:p>
        </w:tc>
      </w:tr>
      <w:tr>
        <w:trPr>
          <w:cantSplit/>
          <w:trHeight w:val="403" w:hRule="atLeast"/>
        </w:trPr>
        <w:tc>
          <w:tcPr>
            <w:tcW w:type="dxa" w:w="3456"/>
            <w:shd w:val="clear" w:color="auto" w:fill="FAF7F2"/>
          </w:tcPr>
          <w:p>
            <w:r>
              <w:rPr>
                <w:b/>
              </w:rPr>
              <w:t>To (Program Director (cc: Program Coordinator / GME Office))</w:t>
            </w:r>
          </w:p>
        </w:tc>
        <w:tc>
          <w:tcPr>
            <w:tcW w:type="dxa" w:w="6624"/>
          </w:tcPr>
          <w:p>
            <w:r/>
          </w:p>
        </w:tc>
      </w:tr>
      <w:tr>
        <w:trPr>
          <w:cantSplit/>
          <w:trHeight w:val="403" w:hRule="atLeast"/>
        </w:trPr>
        <w:tc>
          <w:tcPr>
            <w:tcW w:type="dxa" w:w="3456"/>
            <w:shd w:val="clear" w:color="auto" w:fill="FAF7F2"/>
          </w:tcPr>
          <w:p>
            <w:r>
              <w:rPr>
                <w:b/>
              </w:rPr>
              <w:t>Address / fax / secure email or portal</w:t>
            </w:r>
          </w:p>
        </w:tc>
        <w:tc>
          <w:tcPr>
            <w:tcW w:type="dxa" w:w="6624"/>
          </w:tcPr>
          <w:p>
            <w:r/>
          </w:p>
        </w:tc>
      </w:tr>
      <w:tr>
        <w:trPr>
          <w:cantSplit/>
          <w:trHeight w:val="403" w:hRule="atLeast"/>
        </w:trPr>
        <w:tc>
          <w:tcPr>
            <w:tcW w:type="dxa" w:w="3456"/>
            <w:shd w:val="clear" w:color="auto" w:fill="FAF7F2"/>
          </w:tcPr>
          <w:p>
            <w:r>
              <w:rPr>
                <w:b/>
              </w:rPr>
              <w:t>From (organization)</w:t>
            </w:r>
          </w:p>
        </w:tc>
        <w:tc>
          <w:tcPr>
            <w:tcW w:type="dxa" w:w="6624"/>
          </w:tcPr>
          <w:p>
            <w:r/>
          </w:p>
        </w:tc>
      </w:tr>
      <w:tr>
        <w:trPr>
          <w:cantSplit/>
          <w:trHeight w:val="403" w:hRule="atLeast"/>
        </w:trPr>
        <w:tc>
          <w:tcPr>
            <w:tcW w:type="dxa" w:w="3456"/>
            <w:shd w:val="clear" w:color="auto" w:fill="FAF7F2"/>
          </w:tcPr>
          <w:p>
            <w:r>
              <w:rPr>
                <w:b/>
              </w:rPr>
              <w:t>Contact name, title</w:t>
            </w:r>
          </w:p>
        </w:tc>
        <w:tc>
          <w:tcPr>
            <w:tcW w:type="dxa" w:w="6624"/>
          </w:tcPr>
          <w:p>
            <w:r/>
          </w:p>
        </w:tc>
      </w:tr>
      <w:tr>
        <w:trPr>
          <w:cantSplit/>
          <w:trHeight w:val="403" w:hRule="atLeast"/>
        </w:trPr>
        <w:tc>
          <w:tcPr>
            <w:tcW w:type="dxa" w:w="3456"/>
            <w:shd w:val="clear" w:color="auto" w:fill="FAF7F2"/>
          </w:tcPr>
          <w:p>
            <w:r>
              <w:rPr>
                <w:b/>
              </w:rPr>
              <w:t>Phone / email for response</w:t>
            </w:r>
          </w:p>
        </w:tc>
        <w:tc>
          <w:tcPr>
            <w:tcW w:type="dxa" w:w="6624"/>
          </w:tcPr>
          <w:p>
            <w:r/>
          </w:p>
        </w:tc>
      </w:tr>
      <w:tr>
        <w:trPr>
          <w:cantSplit/>
          <w:trHeight w:val="403" w:hRule="atLeast"/>
        </w:trPr>
        <w:tc>
          <w:tcPr>
            <w:tcW w:type="dxa" w:w="3456"/>
            <w:shd w:val="clear" w:color="auto" w:fill="FAF7F2"/>
          </w:tcPr>
          <w:p>
            <w:r>
              <w:rPr>
                <w:b/>
              </w:rPr>
              <w:t>Our reference #</w:t>
            </w:r>
          </w:p>
        </w:tc>
        <w:tc>
          <w:tcPr>
            <w:tcW w:type="dxa" w:w="6624"/>
          </w:tcPr>
          <w:p>
            <w:r/>
          </w:p>
        </w:tc>
      </w:tr>
      <w:tr>
        <w:trPr>
          <w:cantSplit/>
          <w:trHeight w:val="403" w:hRule="atLeast"/>
        </w:trPr>
        <w:tc>
          <w:tcPr>
            <w:tcW w:type="dxa" w:w="3456"/>
            <w:shd w:val="clear" w:color="auto" w:fill="FAF7F2"/>
          </w:tcPr>
          <w:p>
            <w:r>
              <w:rPr>
                <w:b/>
              </w:rPr>
              <w:t>Please respond by (date)</w:t>
            </w:r>
          </w:p>
        </w:tc>
        <w:tc>
          <w:tcPr>
            <w:tcW w:type="dxa" w:w="6624"/>
          </w:tcPr>
          <w:p>
            <w:r/>
          </w:p>
        </w:tc>
      </w:tr>
    </w:tbl>
    <w:p/>
    <w:p>
      <w:r>
        <w:t>The physician named below has applied for appointment, privileges or participation with our organization and lists training in your program. A signed authorization and release is attached. Please complete and return it to the contact above.</w:t>
      </w:r>
    </w:p>
    <w:p>
      <w:r>
        <w:t>If the program has closed or merged, please forward this request to the sponsoring institution's GME office or tell us where training records are kept.</w:t>
      </w:r>
    </w:p>
    <w:p>
      <w:pPr>
        <w:pStyle w:val="Heading2"/>
      </w:pPr>
      <w:r>
        <w:rPr>
          <w:color w:val="465246"/>
        </w:rPr>
        <w:t>Part 1 — Trainee (completed by requesting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Full name during training</w:t>
            </w:r>
          </w:p>
        </w:tc>
        <w:tc>
          <w:tcPr>
            <w:tcW w:type="dxa" w:w="6624"/>
          </w:tcPr>
          <w:p>
            <w:r/>
          </w:p>
        </w:tc>
      </w:tr>
      <w:tr>
        <w:trPr>
          <w:cantSplit/>
          <w:trHeight w:val="403" w:hRule="atLeast"/>
        </w:trPr>
        <w:tc>
          <w:tcPr>
            <w:tcW w:type="dxa" w:w="3456"/>
            <w:shd w:val="clear" w:color="auto" w:fill="FAF7F2"/>
          </w:tcPr>
          <w:p>
            <w:r>
              <w:rPr>
                <w:b/>
              </w:rPr>
              <w:t>Other / former names</w:t>
            </w:r>
          </w:p>
        </w:tc>
        <w:tc>
          <w:tcPr>
            <w:tcW w:type="dxa" w:w="6624"/>
          </w:tcPr>
          <w:p>
            <w:r/>
          </w:p>
        </w:tc>
      </w:tr>
      <w:tr>
        <w:trPr>
          <w:cantSplit/>
          <w:trHeight w:val="403" w:hRule="atLeast"/>
        </w:trPr>
        <w:tc>
          <w:tcPr>
            <w:tcW w:type="dxa" w:w="3456"/>
            <w:shd w:val="clear" w:color="auto" w:fill="FAF7F2"/>
          </w:tcPr>
          <w:p>
            <w:r>
              <w:rPr>
                <w:b/>
              </w:rPr>
              <w:t>NPI</w:t>
            </w:r>
          </w:p>
        </w:tc>
        <w:tc>
          <w:tcPr>
            <w:tcW w:type="dxa" w:w="6624"/>
          </w:tcPr>
          <w:p>
            <w:r/>
          </w:p>
        </w:tc>
      </w:tr>
      <w:tr>
        <w:trPr>
          <w:cantSplit/>
          <w:trHeight w:val="403" w:hRule="atLeast"/>
        </w:trPr>
        <w:tc>
          <w:tcPr>
            <w:tcW w:type="dxa" w:w="3456"/>
            <w:shd w:val="clear" w:color="auto" w:fill="FAF7F2"/>
          </w:tcPr>
          <w:p>
            <w:r>
              <w:rPr>
                <w:b/>
              </w:rPr>
              <w:t>Program reported</w:t>
            </w:r>
          </w:p>
        </w:tc>
        <w:tc>
          <w:tcPr>
            <w:tcW w:type="dxa" w:w="6624"/>
          </w:tcPr>
          <w:p>
            <w:r/>
          </w:p>
        </w:tc>
      </w:tr>
      <w:tr>
        <w:trPr>
          <w:cantSplit/>
          <w:trHeight w:val="403" w:hRule="atLeast"/>
        </w:trPr>
        <w:tc>
          <w:tcPr>
            <w:tcW w:type="dxa" w:w="3456"/>
            <w:shd w:val="clear" w:color="auto" w:fill="FAF7F2"/>
          </w:tcPr>
          <w:p>
            <w:r>
              <w:rPr>
                <w:b/>
              </w:rPr>
              <w:t xml:space="preserve">Program type: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Internship / transitional year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Residency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Fellowship</w:t>
            </w:r>
          </w:p>
        </w:tc>
        <w:tc>
          <w:tcPr>
            <w:tcW w:type="dxa" w:w="6624"/>
          </w:tcPr>
          <w:p>
            <w:r/>
          </w:p>
        </w:tc>
      </w:tr>
      <w:tr>
        <w:trPr>
          <w:cantSplit/>
          <w:trHeight w:val="403" w:hRule="atLeast"/>
        </w:trPr>
        <w:tc>
          <w:tcPr>
            <w:tcW w:type="dxa" w:w="3456"/>
            <w:shd w:val="clear" w:color="auto" w:fill="FAF7F2"/>
          </w:tcPr>
          <w:p>
            <w:r>
              <w:rPr>
                <w:b/>
              </w:rPr>
              <w:t>Training dates reported (MM/DD/YY – MM/DD/YY)</w:t>
            </w:r>
          </w:p>
        </w:tc>
        <w:tc>
          <w:tcPr>
            <w:tcW w:type="dxa" w:w="6624"/>
          </w:tcPr>
          <w:p>
            <w:r/>
          </w:p>
        </w:tc>
      </w:tr>
    </w:tbl>
    <w:p>
      <w:pPr>
        <w:pStyle w:val="Heading2"/>
      </w:pPr>
      <w:r>
        <w:rPr>
          <w:color w:val="465246"/>
        </w:rPr>
        <w:t>Part 2 — Training details (completed by program)</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Program name and specialty</w:t>
            </w:r>
          </w:p>
        </w:tc>
        <w:tc>
          <w:tcPr>
            <w:tcW w:type="dxa" w:w="6624"/>
          </w:tcPr>
          <w:p>
            <w:r/>
          </w:p>
        </w:tc>
      </w:tr>
      <w:tr>
        <w:trPr>
          <w:cantSplit/>
          <w:trHeight w:val="403" w:hRule="atLeast"/>
        </w:trPr>
        <w:tc>
          <w:tcPr>
            <w:tcW w:type="dxa" w:w="3456"/>
            <w:shd w:val="clear" w:color="auto" w:fill="FAF7F2"/>
          </w:tcPr>
          <w:p>
            <w:r>
              <w:rPr>
                <w:b/>
              </w:rPr>
              <w:t>ACGME program number (or AOA/other accreditor, if applicable)</w:t>
            </w:r>
          </w:p>
        </w:tc>
        <w:tc>
          <w:tcPr>
            <w:tcW w:type="dxa" w:w="6624"/>
          </w:tcPr>
          <w:p>
            <w:r/>
          </w:p>
        </w:tc>
      </w:tr>
      <w:tr>
        <w:trPr>
          <w:cantSplit/>
          <w:trHeight w:val="403" w:hRule="atLeast"/>
        </w:trPr>
        <w:tc>
          <w:tcPr>
            <w:tcW w:type="dxa" w:w="3456"/>
            <w:shd w:val="clear" w:color="auto" w:fill="FAF7F2"/>
          </w:tcPr>
          <w:p>
            <w:r>
              <w:rPr>
                <w:b/>
              </w:rPr>
              <w:t>Sponsoring institution</w:t>
            </w:r>
          </w:p>
        </w:tc>
        <w:tc>
          <w:tcPr>
            <w:tcW w:type="dxa" w:w="6624"/>
          </w:tcPr>
          <w:p>
            <w:r/>
          </w:p>
        </w:tc>
      </w:tr>
      <w:tr>
        <w:trPr>
          <w:cantSplit/>
          <w:trHeight w:val="403" w:hRule="atLeast"/>
        </w:trPr>
        <w:tc>
          <w:tcPr>
            <w:tcW w:type="dxa" w:w="3456"/>
            <w:shd w:val="clear" w:color="auto" w:fill="FAF7F2"/>
          </w:tcPr>
          <w:p>
            <w:r>
              <w:rPr>
                <w:b/>
              </w:rPr>
              <w:t>Start date (MM/DD/YY)</w:t>
            </w:r>
          </w:p>
        </w:tc>
        <w:tc>
          <w:tcPr>
            <w:tcW w:type="dxa" w:w="6624"/>
          </w:tcPr>
          <w:p>
            <w:r/>
          </w:p>
        </w:tc>
      </w:tr>
      <w:tr>
        <w:trPr>
          <w:cantSplit/>
          <w:trHeight w:val="403" w:hRule="atLeast"/>
        </w:trPr>
        <w:tc>
          <w:tcPr>
            <w:tcW w:type="dxa" w:w="3456"/>
            <w:shd w:val="clear" w:color="auto" w:fill="FAF7F2"/>
          </w:tcPr>
          <w:p>
            <w:r>
              <w:rPr>
                <w:b/>
              </w:rPr>
              <w:t>End date (MM/DD/YY)</w:t>
            </w:r>
          </w:p>
        </w:tc>
        <w:tc>
          <w:tcPr>
            <w:tcW w:type="dxa" w:w="6624"/>
          </w:tcPr>
          <w:p>
            <w:r/>
          </w:p>
        </w:tc>
      </w:tr>
      <w:tr>
        <w:trPr>
          <w:cantSplit/>
          <w:trHeight w:val="403" w:hRule="atLeast"/>
        </w:trPr>
        <w:tc>
          <w:tcPr>
            <w:tcW w:type="dxa" w:w="3456"/>
            <w:shd w:val="clear" w:color="auto" w:fill="FAF7F2"/>
          </w:tcPr>
          <w:p>
            <w:r>
              <w:rPr>
                <w:b/>
              </w:rPr>
              <w:t>Training level(s) completed (e.g., PGY-1 to PGY-3)</w:t>
            </w:r>
          </w:p>
        </w:tc>
        <w:tc>
          <w:tcPr>
            <w:tcW w:type="dxa" w:w="6624"/>
          </w:tcPr>
          <w:p>
            <w:r/>
          </w:p>
        </w:tc>
      </w:tr>
      <w:tr>
        <w:trPr>
          <w:cantSplit/>
          <w:trHeight w:val="403" w:hRule="atLeast"/>
        </w:trPr>
        <w:tc>
          <w:tcPr>
            <w:tcW w:type="dxa" w:w="3456"/>
            <w:shd w:val="clear" w:color="auto" w:fill="FAF7F2"/>
          </w:tcPr>
          <w:p>
            <w:r>
              <w:rPr>
                <w:b/>
              </w:rPr>
              <w:t xml:space="preserve">Completion status: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Completed successfully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Did not complete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Still in training</w:t>
            </w:r>
          </w:p>
        </w:tc>
        <w:tc>
          <w:tcPr>
            <w:tcW w:type="dxa" w:w="6624"/>
          </w:tcPr>
          <w:p>
            <w:r/>
          </w:p>
        </w:tc>
      </w:tr>
      <w:tr>
        <w:trPr>
          <w:cantSplit/>
          <w:trHeight w:val="403" w:hRule="atLeast"/>
        </w:trPr>
        <w:tc>
          <w:tcPr>
            <w:tcW w:type="dxa" w:w="3456"/>
            <w:shd w:val="clear" w:color="auto" w:fill="FAF7F2"/>
          </w:tcPr>
          <w:p>
            <w:r>
              <w:rPr>
                <w:b/>
              </w:rPr>
              <w:t>Chief resident or other roles (optional)</w:t>
            </w:r>
          </w:p>
        </w:tc>
        <w:tc>
          <w:tcPr>
            <w:tcW w:type="dxa" w:w="6624"/>
          </w:tcPr>
          <w:p>
            <w:r/>
          </w:p>
        </w:tc>
      </w:tr>
    </w:tbl>
    <w:p>
      <w:pPr>
        <w:pStyle w:val="Heading2"/>
      </w:pPr>
      <w:r>
        <w:rPr>
          <w:color w:val="465246"/>
        </w:rPr>
        <w:t>Part 3 — Performance and conduct</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822"/>
        <w:gridCol w:w="1629"/>
        <w:gridCol w:w="1629"/>
      </w:tblGrid>
      <w:tr>
        <w:trPr>
          <w:cantSplit/>
          <w:trHeight w:val="403" w:hRule="atLeast"/>
        </w:trPr>
        <w:tc>
          <w:tcPr>
            <w:tcW w:type="dxa" w:w="6822"/>
            <w:shd w:val="clear" w:color="auto" w:fill="E9DCC6"/>
          </w:tcPr>
          <w:p>
            <w:r>
              <w:rPr>
                <w:b/>
              </w:rPr>
              <w:t>Question</w:t>
            </w:r>
          </w:p>
        </w:tc>
        <w:tc>
          <w:tcPr>
            <w:tcW w:type="dxa" w:w="1629"/>
            <w:shd w:val="clear" w:color="auto" w:fill="E9DCC6"/>
          </w:tcPr>
          <w:p>
            <w:r>
              <w:rPr>
                <w:b/>
              </w:rPr>
              <w:t>Yes</w:t>
            </w:r>
          </w:p>
        </w:tc>
        <w:tc>
          <w:tcPr>
            <w:tcW w:type="dxa" w:w="1629"/>
            <w:shd w:val="clear" w:color="auto" w:fill="E9DCC6"/>
          </w:tcPr>
          <w:p>
            <w:r>
              <w:rPr>
                <w:b/>
              </w:rPr>
              <w:t>No / details</w:t>
            </w:r>
          </w:p>
        </w:tc>
      </w:tr>
      <w:tr>
        <w:trPr>
          <w:cantSplit/>
          <w:trHeight w:val="403" w:hRule="atLeast"/>
        </w:trPr>
        <w:tc>
          <w:tcPr>
            <w:tcW w:type="dxa" w:w="6822"/>
          </w:tcPr>
          <w:p>
            <w:r>
              <w:t>Did the trainee complete the program without leaves of absence or extensions?</w:t>
            </w:r>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22"/>
          </w:tcPr>
          <w:p>
            <w:r>
              <w:t>Was the trainee ever placed on probation, remediation or a performance improvement plan?</w:t>
            </w:r>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22"/>
          </w:tcPr>
          <w:p>
            <w:r>
              <w:t>Was the trainee ever suspended, dismissed, not promoted or not renewed?</w:t>
            </w:r>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22"/>
          </w:tcPr>
          <w:p>
            <w:r>
              <w:t>Were any disciplinary actions or concerns about professional conduct documented?</w:t>
            </w:r>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22"/>
          </w:tcPr>
          <w:p>
            <w:r>
              <w:t>Would you recommend the trainee for the privileges or role requested? (optional, per your policy)</w:t>
            </w:r>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r>
        <w:t>If you answered "No" to the first question or "Yes" to questions 2–4, please give dates and details.</w:t>
      </w:r>
    </w:p>
    <w:p>
      <w:pPr>
        <w:pStyle w:val="Heading2"/>
      </w:pPr>
      <w:r>
        <w:rPr>
          <w:color w:val="465246"/>
        </w:rPr>
        <w:t>Completed by (responding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Name</w:t>
            </w:r>
          </w:p>
        </w:tc>
        <w:tc>
          <w:tcPr>
            <w:tcW w:type="dxa" w:w="6624"/>
          </w:tcPr>
          <w:p>
            <w:r/>
          </w:p>
        </w:tc>
      </w:tr>
      <w:tr>
        <w:trPr>
          <w:cantSplit/>
          <w:trHeight w:val="403" w:hRule="atLeast"/>
        </w:trPr>
        <w:tc>
          <w:tcPr>
            <w:tcW w:type="dxa" w:w="3456"/>
            <w:shd w:val="clear" w:color="auto" w:fill="FAF7F2"/>
          </w:tcPr>
          <w:p>
            <w:r>
              <w:rPr>
                <w:b/>
              </w:rPr>
              <w:t>Title</w:t>
            </w:r>
          </w:p>
        </w:tc>
        <w:tc>
          <w:tcPr>
            <w:tcW w:type="dxa" w:w="6624"/>
          </w:tcPr>
          <w:p>
            <w:r/>
          </w:p>
        </w:tc>
      </w:tr>
      <w:tr>
        <w:trPr>
          <w:cantSplit/>
          <w:trHeight w:val="403" w:hRule="atLeast"/>
        </w:trPr>
        <w:tc>
          <w:tcPr>
            <w:tcW w:type="dxa" w:w="3456"/>
            <w:shd w:val="clear" w:color="auto" w:fill="FAF7F2"/>
          </w:tcPr>
          <w:p>
            <w:r>
              <w:rPr>
                <w:b/>
              </w:rPr>
              <w:t>Organization / department</w:t>
            </w:r>
          </w:p>
        </w:tc>
        <w:tc>
          <w:tcPr>
            <w:tcW w:type="dxa" w:w="6624"/>
          </w:tcPr>
          <w:p>
            <w:r/>
          </w:p>
        </w:tc>
      </w:tr>
      <w:tr>
        <w:trPr>
          <w:cantSplit/>
          <w:trHeight w:val="403" w:hRule="atLeast"/>
        </w:trPr>
        <w:tc>
          <w:tcPr>
            <w:tcW w:type="dxa" w:w="3456"/>
            <w:shd w:val="clear" w:color="auto" w:fill="FAF7F2"/>
          </w:tcPr>
          <w:p>
            <w:r>
              <w:rPr>
                <w:b/>
              </w:rPr>
              <w:t>Phone / email</w:t>
            </w:r>
          </w:p>
        </w:tc>
        <w:tc>
          <w:tcPr>
            <w:tcW w:type="dxa" w:w="6624"/>
          </w:tcPr>
          <w:p>
            <w:r/>
          </w:p>
        </w:tc>
      </w:tr>
      <w:tr>
        <w:trPr>
          <w:cantSplit/>
          <w:trHeight w:val="403" w:hRule="atLeast"/>
        </w:trPr>
        <w:tc>
          <w:tcPr>
            <w:tcW w:type="dxa" w:w="3456"/>
            <w:shd w:val="clear" w:color="auto" w:fill="FAF7F2"/>
          </w:tcPr>
          <w:p>
            <w:r>
              <w:rPr>
                <w:b/>
              </w:rPr>
              <w:t>Signature</w:t>
            </w:r>
          </w:p>
        </w:tc>
        <w:tc>
          <w:tcPr>
            <w:tcW w:type="dxa" w:w="6624"/>
          </w:tcPr>
          <w:p>
            <w:r/>
          </w:p>
        </w:tc>
      </w:tr>
      <w:tr>
        <w:trPr>
          <w:cantSplit/>
          <w:trHeight w:val="403" w:hRule="atLeast"/>
        </w:trPr>
        <w:tc>
          <w:tcPr>
            <w:tcW w:type="dxa" w:w="3456"/>
            <w:shd w:val="clear" w:color="auto" w:fill="FAF7F2"/>
          </w:tcPr>
          <w:p>
            <w:r>
              <w:rPr>
                <w:b/>
              </w:rPr>
              <w:t>Date completed</w:t>
            </w:r>
          </w:p>
        </w:tc>
        <w:tc>
          <w:tcPr>
            <w:tcW w:type="dxa" w:w="6624"/>
          </w:tcPr>
          <w:p>
            <w:r/>
          </w:p>
        </w:tc>
      </w:tr>
      <w:tr>
        <w:trPr>
          <w:cantSplit/>
          <w:trHeight w:val="403" w:hRule="atLeast"/>
        </w:trPr>
        <w:tc>
          <w:tcPr>
            <w:tcW w:type="dxa" w:w="3456"/>
            <w:shd w:val="clear" w:color="auto" w:fill="FAF7F2"/>
          </w:tcPr>
          <w:p>
            <w:r>
              <w:rPr>
                <w:b/>
              </w:rPr>
              <w:t>Source used (e.g., official records, database)</w:t>
            </w:r>
          </w:p>
        </w:tc>
        <w:tc>
          <w:tcPr>
            <w:tcW w:type="dxa" w:w="6624"/>
          </w:tcPr>
          <w:p>
            <w:r/>
          </w:p>
        </w:tc>
      </w:tr>
    </w:tbl>
    <w:p>
      <w:r>
        <w:rPr>
          <w:i/>
        </w:rPr>
        <w:t>Please return this form with your organization's letterhead or official seal if that is your normal practice. Thank you for your assistance.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Internship / Residency / Fellowship Training Verification Request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